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FC763" w14:textId="04CBEB1C" w:rsidR="0077100C" w:rsidRPr="00567430" w:rsidRDefault="00041F9D" w:rsidP="00AA4DB1">
      <w:pPr>
        <w:pStyle w:val="Titre1"/>
        <w:ind w:left="720"/>
        <w:rPr>
          <w:rFonts w:ascii="Alasassy Caps" w:hAnsi="Alasassy Caps"/>
          <w:color w:val="FFC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3184AC" wp14:editId="6F99A4E7">
            <wp:simplePos x="0" y="0"/>
            <wp:positionH relativeFrom="margin">
              <wp:posOffset>4777740</wp:posOffset>
            </wp:positionH>
            <wp:positionV relativeFrom="paragraph">
              <wp:posOffset>0</wp:posOffset>
            </wp:positionV>
            <wp:extent cx="1577340" cy="1577340"/>
            <wp:effectExtent l="0" t="0" r="3810" b="3810"/>
            <wp:wrapTight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ight>
            <wp:docPr id="341928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28394" name="Image 3419283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567430">
        <w:rPr>
          <w:rFonts w:ascii="Alasassy Caps" w:hAnsi="Alasassy Caps"/>
          <w:color w:val="FFC000"/>
          <w:sz w:val="36"/>
          <w:szCs w:val="36"/>
        </w:rPr>
        <w:t>CONTRAT D’ADHÉSION BÉNÉVOLE - ÉMÈRA HUMANITARY</w:t>
      </w:r>
    </w:p>
    <w:p w14:paraId="7DA8B4DA" w14:textId="4D88665D" w:rsidR="00AA4DB1" w:rsidRPr="00AA4DB1" w:rsidRDefault="00AA4DB1" w:rsidP="00AA4DB1"/>
    <w:p w14:paraId="6BB121D7" w14:textId="34DF5B3E" w:rsidR="0077100C" w:rsidRPr="00567430" w:rsidRDefault="00000000">
      <w:pPr>
        <w:rPr>
          <w:rFonts w:ascii="Alasassy Caps" w:hAnsi="Alasassy Caps"/>
          <w:color w:val="0070C0"/>
          <w:sz w:val="28"/>
          <w:szCs w:val="28"/>
        </w:rPr>
      </w:pP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Nom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  <w:r w:rsidRPr="00567430">
        <w:rPr>
          <w:rFonts w:ascii="Alasassy Caps" w:hAnsi="Alasassy Caps"/>
          <w:color w:val="0070C0"/>
          <w:sz w:val="28"/>
          <w:szCs w:val="28"/>
        </w:rPr>
        <w:br/>
      </w: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Prénom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  <w:r w:rsidRPr="00567430">
        <w:rPr>
          <w:rFonts w:ascii="Alasassy Caps" w:hAnsi="Alasassy Caps"/>
          <w:color w:val="0070C0"/>
          <w:sz w:val="28"/>
          <w:szCs w:val="28"/>
        </w:rPr>
        <w:br/>
      </w: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Adresse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  <w:r w:rsidRPr="00567430">
        <w:rPr>
          <w:rFonts w:ascii="Alasassy Caps" w:hAnsi="Alasassy Caps"/>
          <w:color w:val="0070C0"/>
          <w:sz w:val="28"/>
          <w:szCs w:val="28"/>
        </w:rPr>
        <w:br/>
      </w: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Téléphone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  <w:r w:rsidRPr="00567430">
        <w:rPr>
          <w:rFonts w:ascii="Alasassy Caps" w:hAnsi="Alasassy Caps"/>
          <w:color w:val="0070C0"/>
          <w:sz w:val="28"/>
          <w:szCs w:val="28"/>
        </w:rPr>
        <w:br/>
      </w: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E-mail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</w:p>
    <w:p w14:paraId="056C1F22" w14:textId="76471214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Objet</w:t>
      </w:r>
      <w:proofErr w:type="gramEnd"/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</w:t>
      </w:r>
      <w:r w:rsidR="00567430" w:rsidRPr="005E4CBB">
        <w:rPr>
          <w:rFonts w:ascii="Alasassy Caps" w:hAnsi="Alasassy Caps"/>
          <w:color w:val="0070C0"/>
          <w:sz w:val="24"/>
          <w:szCs w:val="24"/>
        </w:rPr>
        <w:t xml:space="preserve">du </w:t>
      </w:r>
      <w:proofErr w:type="spellStart"/>
      <w:r w:rsidR="00567430" w:rsidRPr="005E4CBB">
        <w:rPr>
          <w:rFonts w:ascii="Alasassy Caps" w:hAnsi="Alasassy Caps"/>
          <w:color w:val="0070C0"/>
          <w:sz w:val="24"/>
          <w:szCs w:val="24"/>
        </w:rPr>
        <w:t>pr</w:t>
      </w:r>
      <w:r w:rsidR="00952904">
        <w:rPr>
          <w:rFonts w:ascii="Alasassy Caps" w:hAnsi="Alasassy Caps"/>
          <w:color w:val="0070C0"/>
          <w:sz w:val="24"/>
          <w:szCs w:val="24"/>
        </w:rPr>
        <w:t>é</w:t>
      </w:r>
      <w:r w:rsidR="00567430" w:rsidRPr="005E4CBB">
        <w:rPr>
          <w:rFonts w:ascii="Alasassy Caps" w:hAnsi="Alasassy Caps"/>
          <w:color w:val="0070C0"/>
          <w:sz w:val="24"/>
          <w:szCs w:val="24"/>
        </w:rPr>
        <w:t>sent</w:t>
      </w:r>
      <w:proofErr w:type="spellEnd"/>
      <w:r w:rsidR="00567430" w:rsidRPr="005E4CBB">
        <w:rPr>
          <w:rFonts w:ascii="Alasassy Caps" w:hAnsi="Alasassy Caps"/>
          <w:color w:val="0070C0"/>
          <w:sz w:val="24"/>
          <w:szCs w:val="24"/>
        </w:rPr>
        <w:t xml:space="preserve"> </w:t>
      </w:r>
      <w:proofErr w:type="gramStart"/>
      <w:r w:rsidR="00567430" w:rsidRPr="005E4CBB">
        <w:rPr>
          <w:rFonts w:ascii="Alasassy Caps" w:hAnsi="Alasassy Caps"/>
          <w:color w:val="0070C0"/>
          <w:sz w:val="24"/>
          <w:szCs w:val="24"/>
        </w:rPr>
        <w:t xml:space="preserve">contrat 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>:</w:t>
      </w:r>
      <w:proofErr w:type="gramEnd"/>
    </w:p>
    <w:p w14:paraId="1FF30FBB" w14:textId="69EFAF0D" w:rsidR="0077100C" w:rsidRPr="00AA4DB1" w:rsidRDefault="00000000">
      <w:pPr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 xml:space="preserve">Le bénévole s'engage librement et sans rémunération à participer aux actions humanitaires, solidaires et environnementales de </w:t>
      </w:r>
      <w:r w:rsidR="00AA4DB1">
        <w:rPr>
          <w:rFonts w:ascii="Alasassy Caps" w:hAnsi="Alasassy Caps"/>
          <w:sz w:val="24"/>
          <w:szCs w:val="24"/>
        </w:rPr>
        <w:t>l’</w:t>
      </w:r>
      <w:r w:rsidR="00AA4DB1" w:rsidRPr="00AA4DB1">
        <w:rPr>
          <w:rFonts w:ascii="Alasassy Caps" w:hAnsi="Alasassy Caps"/>
          <w:sz w:val="24"/>
          <w:szCs w:val="24"/>
        </w:rPr>
        <w:t>association</w:t>
      </w:r>
      <w:r w:rsidRPr="00AA4DB1">
        <w:rPr>
          <w:rFonts w:ascii="Alasassy Caps" w:hAnsi="Alasassy Caps"/>
          <w:sz w:val="24"/>
          <w:szCs w:val="24"/>
        </w:rPr>
        <w:t xml:space="preserve"> </w:t>
      </w:r>
      <w:r w:rsidR="008653FF">
        <w:rPr>
          <w:rFonts w:ascii="Alasassy Caps" w:hAnsi="Alasassy Caps"/>
          <w:sz w:val="24"/>
          <w:szCs w:val="24"/>
        </w:rPr>
        <w:t>“</w:t>
      </w:r>
      <w:r w:rsidRPr="008653FF">
        <w:rPr>
          <w:rFonts w:ascii="Alasassy Caps" w:hAnsi="Alasassy Caps"/>
          <w:b/>
          <w:bCs/>
          <w:sz w:val="24"/>
          <w:szCs w:val="24"/>
        </w:rPr>
        <w:t>ÉMÈRA HUMANITARY</w:t>
      </w:r>
      <w:proofErr w:type="gramStart"/>
      <w:r w:rsidR="008653FF" w:rsidRPr="008653FF">
        <w:rPr>
          <w:rFonts w:ascii="Alasassy Caps" w:hAnsi="Alasassy Caps"/>
          <w:b/>
          <w:bCs/>
          <w:sz w:val="24"/>
          <w:szCs w:val="24"/>
        </w:rPr>
        <w:t>”</w:t>
      </w:r>
      <w:r w:rsidRPr="008653FF">
        <w:rPr>
          <w:rFonts w:ascii="Alasassy Caps" w:hAnsi="Alasassy Caps"/>
          <w:b/>
          <w:bCs/>
          <w:sz w:val="24"/>
          <w:szCs w:val="24"/>
        </w:rPr>
        <w:t>.</w:t>
      </w:r>
      <w:proofErr w:type="gramEnd"/>
      <w:r w:rsidR="00AA4DB1" w:rsidRPr="00AA4DB1">
        <w:rPr>
          <w:rFonts w:ascii="Alasassy Caps" w:hAnsi="Alasassy Caps"/>
          <w:sz w:val="24"/>
          <w:szCs w:val="24"/>
        </w:rPr>
        <w:t xml:space="preserve"> </w:t>
      </w:r>
    </w:p>
    <w:p w14:paraId="4AAF2B23" w14:textId="707781F6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r w:rsidRPr="005E4CBB">
        <w:rPr>
          <w:rFonts w:ascii="Alasassy Caps" w:hAnsi="Alasassy Caps"/>
          <w:color w:val="0070C0"/>
          <w:sz w:val="24"/>
          <w:szCs w:val="24"/>
        </w:rPr>
        <w:t xml:space="preserve">Engagements du </w:t>
      </w: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bénévole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</w:p>
    <w:p w14:paraId="3D16AC04" w14:textId="003E918E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Respecter les statuts et les valeurs de l'association</w:t>
      </w:r>
      <w:r w:rsidR="00041F9D">
        <w:rPr>
          <w:rFonts w:ascii="Alasassy Caps" w:hAnsi="Alasassy Caps"/>
          <w:sz w:val="24"/>
          <w:szCs w:val="24"/>
        </w:rPr>
        <w:t xml:space="preserve"> (solidarité, partage, respect)</w:t>
      </w:r>
    </w:p>
    <w:p w14:paraId="29D1E82D" w14:textId="77777777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Respecter la confidentialité.</w:t>
      </w:r>
    </w:p>
    <w:p w14:paraId="74C4CE33" w14:textId="77777777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Adopter un comportement respectueux.</w:t>
      </w:r>
    </w:p>
    <w:p w14:paraId="759860F2" w14:textId="5D446538" w:rsidR="00AA4DB1" w:rsidRDefault="00000000" w:rsidP="00AA4DB1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 xml:space="preserve">Prévenir en cas </w:t>
      </w:r>
      <w:proofErr w:type="spellStart"/>
      <w:r w:rsidR="00920556">
        <w:rPr>
          <w:rFonts w:ascii="Alasassy Caps" w:hAnsi="Alasassy Caps"/>
          <w:sz w:val="24"/>
          <w:szCs w:val="24"/>
        </w:rPr>
        <w:t>d’</w:t>
      </w:r>
      <w:r w:rsidR="00567430" w:rsidRPr="00AA4DB1">
        <w:rPr>
          <w:rFonts w:ascii="Alasassy Caps" w:hAnsi="Alasassy Caps"/>
          <w:sz w:val="24"/>
          <w:szCs w:val="24"/>
        </w:rPr>
        <w:t>absence</w:t>
      </w:r>
      <w:proofErr w:type="spellEnd"/>
      <w:r w:rsidR="00567430">
        <w:rPr>
          <w:rFonts w:ascii="Alasassy Caps" w:hAnsi="Alasassy Caps"/>
          <w:sz w:val="24"/>
          <w:szCs w:val="24"/>
        </w:rPr>
        <w:t>, de desistement ou de résiliation du present contrat</w:t>
      </w:r>
      <w:r w:rsidRPr="00AA4DB1">
        <w:rPr>
          <w:rFonts w:ascii="Alasassy Caps" w:hAnsi="Alasassy Caps"/>
          <w:sz w:val="24"/>
          <w:szCs w:val="24"/>
        </w:rPr>
        <w:t>.</w:t>
      </w:r>
    </w:p>
    <w:p w14:paraId="67CA9C97" w14:textId="77777777" w:rsidR="00AA4DB1" w:rsidRDefault="00AA4DB1" w:rsidP="00AA4DB1">
      <w:pPr>
        <w:pStyle w:val="Listepuces"/>
        <w:numPr>
          <w:ilvl w:val="0"/>
          <w:numId w:val="0"/>
        </w:numPr>
        <w:rPr>
          <w:rFonts w:ascii="Alasassy Caps" w:hAnsi="Alasassy Caps"/>
          <w:sz w:val="24"/>
          <w:szCs w:val="24"/>
        </w:rPr>
      </w:pPr>
    </w:p>
    <w:p w14:paraId="372455C3" w14:textId="4B87094D" w:rsidR="00AA4DB1" w:rsidRPr="00AA4DB1" w:rsidRDefault="00AA4DB1" w:rsidP="00AA4DB1">
      <w:pPr>
        <w:pStyle w:val="Listepuces"/>
        <w:numPr>
          <w:ilvl w:val="0"/>
          <w:numId w:val="0"/>
        </w:numPr>
        <w:rPr>
          <w:rFonts w:ascii="Alasassy Caps" w:hAnsi="Alasassy Caps"/>
          <w:sz w:val="24"/>
          <w:szCs w:val="24"/>
        </w:rPr>
      </w:pPr>
      <w:r>
        <w:rPr>
          <w:rFonts w:ascii="Alasassy Caps" w:hAnsi="Alasassy Caps"/>
          <w:sz w:val="24"/>
          <w:szCs w:val="24"/>
        </w:rPr>
        <w:t>Je sousigné</w:t>
      </w:r>
      <w:r w:rsidR="00567430">
        <w:rPr>
          <w:rFonts w:ascii="Alasassy Caps" w:hAnsi="Alasassy Caps"/>
          <w:sz w:val="24"/>
          <w:szCs w:val="24"/>
        </w:rPr>
        <w:t>(e)</w:t>
      </w:r>
      <w:r>
        <w:rPr>
          <w:rFonts w:ascii="Alasassy Caps" w:hAnsi="Alasassy Caps"/>
          <w:sz w:val="24"/>
          <w:szCs w:val="24"/>
        </w:rPr>
        <w:t xml:space="preserve"> M./Mme …………………………………………………………</w:t>
      </w:r>
      <w:r w:rsidR="00567430">
        <w:rPr>
          <w:rFonts w:ascii="Alasassy Caps" w:hAnsi="Alasassy Caps"/>
          <w:sz w:val="24"/>
          <w:szCs w:val="24"/>
        </w:rPr>
        <w:t>…. consent</w:t>
      </w:r>
      <w:r>
        <w:rPr>
          <w:rFonts w:ascii="Alasassy Caps" w:hAnsi="Alasassy Caps"/>
          <w:sz w:val="24"/>
          <w:szCs w:val="24"/>
        </w:rPr>
        <w:t xml:space="preserve"> avoir compris les engagements principaux du bénévole et souhai</w:t>
      </w:r>
      <w:r w:rsidR="00567430">
        <w:rPr>
          <w:rFonts w:ascii="Alasassy Caps" w:hAnsi="Alasassy Caps"/>
          <w:sz w:val="24"/>
          <w:szCs w:val="24"/>
        </w:rPr>
        <w:t>te</w:t>
      </w:r>
      <w:r>
        <w:rPr>
          <w:rFonts w:ascii="Alasassy Caps" w:hAnsi="Alasassy Caps"/>
          <w:sz w:val="24"/>
          <w:szCs w:val="24"/>
        </w:rPr>
        <w:t xml:space="preserve"> s’engager et respecter le present contrat. </w:t>
      </w:r>
    </w:p>
    <w:p w14:paraId="2FB8BCF4" w14:textId="265F2FFC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r w:rsidRPr="005E4CBB">
        <w:rPr>
          <w:rFonts w:ascii="Alasassy Caps" w:hAnsi="Alasassy Caps"/>
          <w:color w:val="0070C0"/>
          <w:sz w:val="24"/>
          <w:szCs w:val="24"/>
        </w:rPr>
        <w:t xml:space="preserve">Engagements de </w:t>
      </w: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l'association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</w:p>
    <w:p w14:paraId="5D35AB9D" w14:textId="77777777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Accueillir et accompagner le bénévole.</w:t>
      </w:r>
    </w:p>
    <w:p w14:paraId="6F05911B" w14:textId="5E1DAF2F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Fournir les informations nécessaires.</w:t>
      </w:r>
    </w:p>
    <w:p w14:paraId="439CA84D" w14:textId="1BEF5323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Veiller à la sécurité lors des missions.</w:t>
      </w:r>
    </w:p>
    <w:p w14:paraId="6BF17699" w14:textId="57BCE259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Durée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</w:p>
    <w:p w14:paraId="295FC99D" w14:textId="21B4705C" w:rsidR="0077100C" w:rsidRPr="00AA4DB1" w:rsidRDefault="00000000">
      <w:pPr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Engagement à durée indéterminée, résiliable à tout moment par l'une ou l'autre des parties.</w:t>
      </w:r>
    </w:p>
    <w:p w14:paraId="5AC65397" w14:textId="35310BA0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r w:rsidRPr="005E4CBB">
        <w:rPr>
          <w:rFonts w:ascii="Alasassy Caps" w:hAnsi="Alasassy Caps"/>
          <w:color w:val="0070C0"/>
          <w:sz w:val="24"/>
          <w:szCs w:val="24"/>
        </w:rPr>
        <w:t xml:space="preserve">Droit à </w:t>
      </w: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l'image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</w:p>
    <w:p w14:paraId="0581B39B" w14:textId="6A1B58FD" w:rsidR="0077100C" w:rsidRDefault="00000000">
      <w:pPr>
        <w:rPr>
          <w:rFonts w:ascii="Alasassy Caps" w:hAnsi="Alasassy Caps"/>
          <w:sz w:val="24"/>
          <w:szCs w:val="24"/>
        </w:rPr>
      </w:pPr>
      <w:r w:rsidRPr="00AA4DB1">
        <w:rPr>
          <w:rFonts w:ascii="Segoe UI Symbol" w:hAnsi="Segoe UI Symbol" w:cs="Segoe UI Symbol"/>
          <w:sz w:val="24"/>
          <w:szCs w:val="24"/>
        </w:rPr>
        <w:t>☐</w:t>
      </w:r>
      <w:r w:rsidRPr="00AA4DB1">
        <w:rPr>
          <w:rFonts w:ascii="Alasassy Caps" w:hAnsi="Alasassy Caps"/>
          <w:sz w:val="24"/>
          <w:szCs w:val="24"/>
        </w:rPr>
        <w:t xml:space="preserve"> J'autorise l'utilisation de mon image.</w:t>
      </w:r>
      <w:r w:rsidRPr="00AA4DB1">
        <w:rPr>
          <w:rFonts w:ascii="Alasassy Caps" w:hAnsi="Alasassy Caps"/>
          <w:sz w:val="24"/>
          <w:szCs w:val="24"/>
        </w:rPr>
        <w:br/>
      </w:r>
      <w:r w:rsidRPr="00AA4DB1">
        <w:rPr>
          <w:rFonts w:ascii="Segoe UI Symbol" w:hAnsi="Segoe UI Symbol" w:cs="Segoe UI Symbol"/>
          <w:sz w:val="24"/>
          <w:szCs w:val="24"/>
        </w:rPr>
        <w:t>☐</w:t>
      </w:r>
      <w:r w:rsidRPr="00AA4DB1">
        <w:rPr>
          <w:rFonts w:ascii="Alasassy Caps" w:hAnsi="Alasassy Caps"/>
          <w:sz w:val="24"/>
          <w:szCs w:val="24"/>
        </w:rPr>
        <w:t xml:space="preserve"> Je refuse l'utilisation de mon image.</w:t>
      </w:r>
    </w:p>
    <w:p w14:paraId="1F7E02CE" w14:textId="6FA639F3" w:rsidR="00AA4DB1" w:rsidRDefault="00AA4DB1">
      <w:pPr>
        <w:rPr>
          <w:rFonts w:ascii="Alasassy Caps" w:hAnsi="Alasassy Caps"/>
          <w:b/>
          <w:bCs/>
          <w:color w:val="0070C0"/>
          <w:sz w:val="24"/>
          <w:szCs w:val="24"/>
        </w:rPr>
      </w:pPr>
      <w:r w:rsidRPr="00AA4DB1">
        <w:rPr>
          <w:rFonts w:ascii="Alasassy Caps" w:hAnsi="Alasassy Caps"/>
          <w:b/>
          <w:bCs/>
          <w:color w:val="0070C0"/>
          <w:sz w:val="24"/>
          <w:szCs w:val="24"/>
        </w:rPr>
        <w:t xml:space="preserve">Petit mot sur la raison de </w:t>
      </w:r>
      <w:r w:rsidR="00567430">
        <w:rPr>
          <w:rFonts w:ascii="Alasassy Caps" w:hAnsi="Alasassy Caps"/>
          <w:b/>
          <w:bCs/>
          <w:color w:val="0070C0"/>
          <w:sz w:val="24"/>
          <w:szCs w:val="24"/>
        </w:rPr>
        <w:t>VOTRE</w:t>
      </w:r>
      <w:r w:rsidRPr="00AA4DB1">
        <w:rPr>
          <w:rFonts w:ascii="Alasassy Caps" w:hAnsi="Alasassy Caps"/>
          <w:b/>
          <w:bCs/>
          <w:color w:val="0070C0"/>
          <w:sz w:val="24"/>
          <w:szCs w:val="24"/>
        </w:rPr>
        <w:t xml:space="preserve"> engagement et </w:t>
      </w:r>
      <w:r w:rsidR="00567430">
        <w:rPr>
          <w:rFonts w:ascii="Alasassy Caps" w:hAnsi="Alasassy Caps"/>
          <w:b/>
          <w:bCs/>
          <w:color w:val="0070C0"/>
          <w:sz w:val="24"/>
          <w:szCs w:val="24"/>
        </w:rPr>
        <w:t>VOTRE</w:t>
      </w:r>
      <w:r w:rsidRPr="00AA4DB1">
        <w:rPr>
          <w:rFonts w:ascii="Alasassy Caps" w:hAnsi="Alasassy Caps"/>
          <w:b/>
          <w:bCs/>
          <w:color w:val="0070C0"/>
          <w:sz w:val="24"/>
          <w:szCs w:val="24"/>
        </w:rPr>
        <w:t xml:space="preserve"> motivation :</w:t>
      </w:r>
    </w:p>
    <w:p w14:paraId="43F022E4" w14:textId="77777777" w:rsidR="00AA4DB1" w:rsidRDefault="00AA4DB1">
      <w:pPr>
        <w:rPr>
          <w:rFonts w:ascii="Alasassy Caps" w:hAnsi="Alasassy Caps"/>
          <w:b/>
          <w:bCs/>
          <w:color w:val="0070C0"/>
          <w:sz w:val="24"/>
          <w:szCs w:val="24"/>
        </w:rPr>
      </w:pPr>
    </w:p>
    <w:p w14:paraId="27117FC0" w14:textId="77777777" w:rsidR="00AA4DB1" w:rsidRDefault="00AA4DB1">
      <w:pPr>
        <w:rPr>
          <w:rFonts w:ascii="Alasassy Caps" w:hAnsi="Alasassy Caps"/>
          <w:b/>
          <w:bCs/>
          <w:color w:val="0070C0"/>
          <w:sz w:val="24"/>
          <w:szCs w:val="24"/>
        </w:rPr>
      </w:pPr>
    </w:p>
    <w:p w14:paraId="28E4E75A" w14:textId="6B608A35" w:rsidR="00AA4DB1" w:rsidRDefault="00AA4DB1">
      <w:pPr>
        <w:rPr>
          <w:rFonts w:ascii="Alasassy Caps" w:hAnsi="Alasassy Caps"/>
          <w:color w:val="000000" w:themeColor="text1"/>
          <w:sz w:val="24"/>
          <w:szCs w:val="24"/>
        </w:rPr>
      </w:pPr>
      <w:r>
        <w:rPr>
          <w:rFonts w:ascii="Alasassy Caps" w:hAnsi="Alasassy Caps"/>
          <w:b/>
          <w:bCs/>
          <w:color w:val="0070C0"/>
          <w:sz w:val="24"/>
          <w:szCs w:val="24"/>
        </w:rPr>
        <w:lastRenderedPageBreak/>
        <w:t xml:space="preserve">Pieces </w:t>
      </w:r>
      <w:r w:rsidR="00567430">
        <w:rPr>
          <w:rFonts w:ascii="Alasassy Caps" w:hAnsi="Alasassy Caps"/>
          <w:b/>
          <w:bCs/>
          <w:color w:val="0070C0"/>
          <w:sz w:val="24"/>
          <w:szCs w:val="24"/>
        </w:rPr>
        <w:t>justificative</w:t>
      </w:r>
      <w:r>
        <w:rPr>
          <w:rFonts w:ascii="Alasassy Caps" w:hAnsi="Alasassy Caps"/>
          <w:b/>
          <w:bCs/>
          <w:color w:val="0070C0"/>
          <w:sz w:val="24"/>
          <w:szCs w:val="24"/>
        </w:rPr>
        <w:t xml:space="preserve"> à fournir : </w:t>
      </w:r>
      <w:r w:rsidRPr="00AA4DB1">
        <w:rPr>
          <w:rFonts w:ascii="Alasassy Caps" w:hAnsi="Alasassy Caps"/>
          <w:color w:val="000000" w:themeColor="text1"/>
          <w:sz w:val="24"/>
          <w:szCs w:val="24"/>
        </w:rPr>
        <w:t>Piece d’identité</w:t>
      </w:r>
      <w:r>
        <w:rPr>
          <w:rFonts w:ascii="Alasassy Caps" w:hAnsi="Alasassy Caps"/>
          <w:b/>
          <w:bCs/>
          <w:color w:val="000000" w:themeColor="text1"/>
          <w:sz w:val="24"/>
          <w:szCs w:val="24"/>
        </w:rPr>
        <w:t xml:space="preserve">, </w:t>
      </w:r>
      <w:r w:rsidRPr="00AA4DB1">
        <w:rPr>
          <w:rFonts w:ascii="Alasassy Caps" w:hAnsi="Alasassy Caps"/>
          <w:color w:val="000000" w:themeColor="text1"/>
          <w:sz w:val="24"/>
          <w:szCs w:val="24"/>
        </w:rPr>
        <w:t>assurance civile</w:t>
      </w:r>
      <w:r>
        <w:rPr>
          <w:rFonts w:ascii="Alasassy Caps" w:hAnsi="Alasassy Caps"/>
          <w:color w:val="000000" w:themeColor="text1"/>
          <w:sz w:val="24"/>
          <w:szCs w:val="24"/>
        </w:rPr>
        <w:t xml:space="preserve">. </w:t>
      </w:r>
    </w:p>
    <w:p w14:paraId="383DB888" w14:textId="40A0AB67" w:rsidR="00AA4DB1" w:rsidRDefault="00AA4DB1">
      <w:pPr>
        <w:rPr>
          <w:rFonts w:ascii="Alasassy Caps" w:hAnsi="Alasassy Caps"/>
          <w:color w:val="000000" w:themeColor="text1"/>
          <w:sz w:val="24"/>
          <w:szCs w:val="24"/>
        </w:rPr>
      </w:pPr>
      <w:r>
        <w:rPr>
          <w:rFonts w:ascii="Alasassy Caps" w:hAnsi="Alasassy Caps"/>
          <w:color w:val="000000" w:themeColor="text1"/>
          <w:sz w:val="24"/>
          <w:szCs w:val="24"/>
        </w:rPr>
        <w:t xml:space="preserve">L’association 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“</w:t>
      </w:r>
      <w:r w:rsidRPr="00567430">
        <w:rPr>
          <w:rFonts w:ascii="Alasassy Caps" w:hAnsi="Alasassy Caps"/>
          <w:b/>
          <w:bCs/>
          <w:color w:val="000000" w:themeColor="text1"/>
          <w:sz w:val="24"/>
          <w:szCs w:val="24"/>
        </w:rPr>
        <w:t>Emera Humanitary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”</w:t>
      </w:r>
      <w:r>
        <w:rPr>
          <w:rFonts w:ascii="Alasassy Caps" w:hAnsi="Alasassy Caps"/>
          <w:color w:val="000000" w:themeColor="text1"/>
          <w:sz w:val="24"/>
          <w:szCs w:val="24"/>
        </w:rPr>
        <w:t xml:space="preserve"> s’engage à preserver la confidentialité de vos documents personnels et à les d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étr</w:t>
      </w:r>
      <w:r>
        <w:rPr>
          <w:rFonts w:ascii="Alasassy Caps" w:hAnsi="Alasassy Caps"/>
          <w:color w:val="000000" w:themeColor="text1"/>
          <w:sz w:val="24"/>
          <w:szCs w:val="24"/>
        </w:rPr>
        <w:t>uire en cas de retrait d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’adhesion</w:t>
      </w:r>
      <w:r>
        <w:rPr>
          <w:rFonts w:ascii="Alasassy Caps" w:hAnsi="Alasassy Caps"/>
          <w:color w:val="000000" w:themeColor="text1"/>
          <w:sz w:val="24"/>
          <w:szCs w:val="24"/>
        </w:rPr>
        <w:t xml:space="preserve"> du </w:t>
      </w:r>
      <w:proofErr w:type="gramStart"/>
      <w:r>
        <w:rPr>
          <w:rFonts w:ascii="Alasassy Caps" w:hAnsi="Alasassy Caps"/>
          <w:color w:val="000000" w:themeColor="text1"/>
          <w:sz w:val="24"/>
          <w:szCs w:val="24"/>
        </w:rPr>
        <w:t>b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é</w:t>
      </w:r>
      <w:r>
        <w:rPr>
          <w:rFonts w:ascii="Alasassy Caps" w:hAnsi="Alasassy Caps"/>
          <w:color w:val="000000" w:themeColor="text1"/>
          <w:sz w:val="24"/>
          <w:szCs w:val="24"/>
        </w:rPr>
        <w:t>n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év</w:t>
      </w:r>
      <w:r>
        <w:rPr>
          <w:rFonts w:ascii="Alasassy Caps" w:hAnsi="Alasassy Caps"/>
          <w:color w:val="000000" w:themeColor="text1"/>
          <w:sz w:val="24"/>
          <w:szCs w:val="24"/>
        </w:rPr>
        <w:t>ole</w:t>
      </w:r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,   </w:t>
      </w:r>
      <w:proofErr w:type="gramEnd"/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                                                                            En vigueur de la loi </w:t>
      </w:r>
      <w:r w:rsidR="00AF5ED5" w:rsidRPr="00AF5ED5">
        <w:rPr>
          <w:rFonts w:ascii="Alasassy Caps" w:hAnsi="Alasassy Caps"/>
          <w:b/>
          <w:bCs/>
          <w:color w:val="000000" w:themeColor="text1"/>
          <w:sz w:val="24"/>
          <w:szCs w:val="24"/>
        </w:rPr>
        <w:t>“</w:t>
      </w:r>
      <w:proofErr w:type="spellStart"/>
      <w:r w:rsidR="00AF5ED5" w:rsidRPr="00AF5ED5">
        <w:rPr>
          <w:rFonts w:ascii="Alasassy Caps" w:hAnsi="Alasassy Caps"/>
          <w:b/>
          <w:bCs/>
          <w:color w:val="000000" w:themeColor="text1"/>
          <w:sz w:val="24"/>
          <w:szCs w:val="24"/>
        </w:rPr>
        <w:t>rgpd</w:t>
      </w:r>
      <w:proofErr w:type="spellEnd"/>
      <w:r w:rsidR="00AF5ED5" w:rsidRPr="00AF5ED5">
        <w:rPr>
          <w:rFonts w:ascii="Alasassy Caps" w:hAnsi="Alasassy Caps"/>
          <w:b/>
          <w:bCs/>
          <w:color w:val="000000" w:themeColor="text1"/>
          <w:sz w:val="24"/>
          <w:szCs w:val="24"/>
        </w:rPr>
        <w:t xml:space="preserve">” </w:t>
      </w:r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du </w:t>
      </w:r>
      <w:proofErr w:type="gramStart"/>
      <w:r w:rsidR="00AF5ED5">
        <w:rPr>
          <w:rFonts w:ascii="Alasassy Caps" w:hAnsi="Alasassy Caps"/>
          <w:color w:val="000000" w:themeColor="text1"/>
          <w:sz w:val="24"/>
          <w:szCs w:val="24"/>
        </w:rPr>
        <w:t>25</w:t>
      </w:r>
      <w:proofErr w:type="gramEnd"/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 mai 2018, l’association </w:t>
      </w:r>
      <w:r w:rsidR="00AF5ED5" w:rsidRPr="00AF5ED5">
        <w:rPr>
          <w:rFonts w:ascii="Alasassy Caps" w:hAnsi="Alasassy Caps"/>
          <w:b/>
          <w:bCs/>
          <w:color w:val="000000" w:themeColor="text1"/>
          <w:sz w:val="24"/>
          <w:szCs w:val="24"/>
        </w:rPr>
        <w:t xml:space="preserve">“EMERA HUMANITARY” </w:t>
      </w:r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affirme oeuvrer pour la protection de vos données personnels. </w:t>
      </w:r>
    </w:p>
    <w:p w14:paraId="2FEB484B" w14:textId="77777777" w:rsidR="005E4CBB" w:rsidRPr="005E4CBB" w:rsidRDefault="005E4CBB" w:rsidP="005E4CBB">
      <w:pPr>
        <w:rPr>
          <w:rFonts w:ascii="Alasassy Caps" w:hAnsi="Alasassy Caps"/>
          <w:b/>
          <w:bCs/>
          <w:color w:val="0070C0"/>
          <w:sz w:val="24"/>
          <w:szCs w:val="24"/>
        </w:rPr>
      </w:pPr>
      <w:r w:rsidRPr="005E4CBB">
        <w:rPr>
          <w:rFonts w:ascii="Alasassy Caps" w:hAnsi="Alasassy Caps"/>
          <w:b/>
          <w:bCs/>
          <w:color w:val="0070C0"/>
          <w:sz w:val="24"/>
          <w:szCs w:val="24"/>
        </w:rPr>
        <w:t xml:space="preserve">Personne à prevenir en cas </w:t>
      </w:r>
      <w:proofErr w:type="gramStart"/>
      <w:r w:rsidRPr="005E4CBB">
        <w:rPr>
          <w:rFonts w:ascii="Alasassy Caps" w:hAnsi="Alasassy Caps"/>
          <w:b/>
          <w:bCs/>
          <w:color w:val="0070C0"/>
          <w:sz w:val="24"/>
          <w:szCs w:val="24"/>
        </w:rPr>
        <w:t>d’urgence :</w:t>
      </w:r>
      <w:proofErr w:type="gramEnd"/>
      <w:r w:rsidRPr="005E4CBB">
        <w:rPr>
          <w:rFonts w:ascii="Alasassy Caps" w:hAnsi="Alasassy Caps"/>
          <w:b/>
          <w:bCs/>
          <w:color w:val="0070C0"/>
          <w:sz w:val="24"/>
          <w:szCs w:val="24"/>
        </w:rPr>
        <w:t xml:space="preserve"> </w:t>
      </w:r>
    </w:p>
    <w:p w14:paraId="704128D4" w14:textId="78571B69" w:rsidR="005E4CBB" w:rsidRPr="005E4CBB" w:rsidRDefault="005E4CBB" w:rsidP="005E4CBB">
      <w:pPr>
        <w:rPr>
          <w:rFonts w:ascii="Alasassy Caps" w:hAnsi="Alasassy Caps"/>
          <w:b/>
          <w:bCs/>
          <w:sz w:val="24"/>
          <w:szCs w:val="24"/>
        </w:rPr>
      </w:pPr>
      <w:proofErr w:type="gramStart"/>
      <w:r w:rsidRPr="005E4CBB">
        <w:rPr>
          <w:rFonts w:ascii="Alasassy Caps" w:hAnsi="Alasassy Caps"/>
          <w:b/>
          <w:bCs/>
          <w:sz w:val="24"/>
          <w:szCs w:val="24"/>
        </w:rPr>
        <w:t>Nom</w:t>
      </w:r>
      <w:r>
        <w:rPr>
          <w:rFonts w:ascii="Alasassy Caps" w:hAnsi="Alasassy Caps"/>
          <w:b/>
          <w:bCs/>
          <w:sz w:val="24"/>
          <w:szCs w:val="24"/>
        </w:rPr>
        <w:t xml:space="preserve"> </w:t>
      </w:r>
      <w:r w:rsidRPr="005E4CBB">
        <w:rPr>
          <w:rFonts w:ascii="Alasassy Caps" w:hAnsi="Alasassy Caps"/>
          <w:b/>
          <w:bCs/>
          <w:sz w:val="24"/>
          <w:szCs w:val="24"/>
        </w:rPr>
        <w:t>:</w:t>
      </w:r>
      <w:proofErr w:type="gramEnd"/>
      <w:r w:rsidRPr="005E4CBB">
        <w:rPr>
          <w:rFonts w:ascii="Alasassy Caps" w:hAnsi="Alasassy Caps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</w:t>
      </w:r>
      <w:proofErr w:type="gramStart"/>
      <w:r w:rsidRPr="005E4CBB">
        <w:rPr>
          <w:rFonts w:ascii="Alasassy Caps" w:hAnsi="Alasassy Caps"/>
          <w:b/>
          <w:bCs/>
          <w:sz w:val="24"/>
          <w:szCs w:val="24"/>
        </w:rPr>
        <w:t>Prénom :</w:t>
      </w:r>
      <w:proofErr w:type="gramEnd"/>
      <w:r w:rsidRPr="005E4CBB">
        <w:rPr>
          <w:rFonts w:ascii="Alasassy Caps" w:hAnsi="Alasassy Caps"/>
          <w:b/>
          <w:bCs/>
          <w:sz w:val="24"/>
          <w:szCs w:val="24"/>
        </w:rPr>
        <w:t xml:space="preserve">                                                                                                                               </w:t>
      </w:r>
      <w:proofErr w:type="gramStart"/>
      <w:r w:rsidRPr="005E4CBB">
        <w:rPr>
          <w:rFonts w:ascii="Alasassy Caps" w:hAnsi="Alasassy Caps"/>
          <w:b/>
          <w:bCs/>
          <w:sz w:val="24"/>
          <w:szCs w:val="24"/>
        </w:rPr>
        <w:t>t</w:t>
      </w:r>
      <w:r>
        <w:rPr>
          <w:rFonts w:ascii="Alasassy Caps" w:hAnsi="Alasassy Caps"/>
          <w:b/>
          <w:bCs/>
          <w:sz w:val="24"/>
          <w:szCs w:val="24"/>
        </w:rPr>
        <w:t>é</w:t>
      </w:r>
      <w:r w:rsidRPr="005E4CBB">
        <w:rPr>
          <w:rFonts w:ascii="Alasassy Caps" w:hAnsi="Alasassy Caps"/>
          <w:b/>
          <w:bCs/>
          <w:sz w:val="24"/>
          <w:szCs w:val="24"/>
        </w:rPr>
        <w:t>l</w:t>
      </w:r>
      <w:r>
        <w:rPr>
          <w:rFonts w:ascii="Alasassy Caps" w:hAnsi="Alasassy Caps"/>
          <w:b/>
          <w:bCs/>
          <w:sz w:val="24"/>
          <w:szCs w:val="24"/>
        </w:rPr>
        <w:t>é</w:t>
      </w:r>
      <w:r w:rsidRPr="005E4CBB">
        <w:rPr>
          <w:rFonts w:ascii="Alasassy Caps" w:hAnsi="Alasassy Caps"/>
          <w:b/>
          <w:bCs/>
          <w:sz w:val="24"/>
          <w:szCs w:val="24"/>
        </w:rPr>
        <w:t xml:space="preserve">phone </w:t>
      </w:r>
      <w:r>
        <w:rPr>
          <w:rFonts w:ascii="Alasassy Caps" w:hAnsi="Alasassy Caps"/>
          <w:b/>
          <w:bCs/>
          <w:sz w:val="24"/>
          <w:szCs w:val="24"/>
        </w:rPr>
        <w:t>:</w:t>
      </w:r>
      <w:proofErr w:type="gramEnd"/>
      <w:r>
        <w:rPr>
          <w:rFonts w:ascii="Alasassy Caps" w:hAnsi="Alasassy Caps"/>
          <w:b/>
          <w:bCs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Alasassy Caps" w:hAnsi="Alasassy Caps"/>
          <w:b/>
          <w:bCs/>
          <w:sz w:val="24"/>
          <w:szCs w:val="24"/>
        </w:rPr>
        <w:t xml:space="preserve">    </w:t>
      </w:r>
      <w:r>
        <w:rPr>
          <w:rFonts w:ascii="Alasassy Caps" w:hAnsi="Alasassy Caps"/>
          <w:b/>
          <w:bCs/>
          <w:sz w:val="24"/>
          <w:szCs w:val="24"/>
        </w:rPr>
        <w:t xml:space="preserve">  </w:t>
      </w:r>
      <w:proofErr w:type="gramStart"/>
      <w:r>
        <w:rPr>
          <w:rFonts w:ascii="Alasassy Caps" w:hAnsi="Alasassy Caps"/>
          <w:b/>
          <w:bCs/>
          <w:sz w:val="24"/>
          <w:szCs w:val="24"/>
        </w:rPr>
        <w:t>Lien :</w:t>
      </w:r>
      <w:proofErr w:type="gramEnd"/>
      <w:r>
        <w:rPr>
          <w:rFonts w:ascii="Alasassy Caps" w:hAnsi="Alasassy Caps"/>
          <w:b/>
          <w:bCs/>
          <w:sz w:val="24"/>
          <w:szCs w:val="24"/>
        </w:rPr>
        <w:t xml:space="preserve"> </w:t>
      </w:r>
    </w:p>
    <w:p w14:paraId="5B60E984" w14:textId="087D1F33" w:rsidR="005E4CBB" w:rsidRPr="00AA4DB1" w:rsidRDefault="005E4CBB">
      <w:pPr>
        <w:rPr>
          <w:rFonts w:ascii="Alasassy Caps" w:hAnsi="Alasassy Caps"/>
          <w:b/>
          <w:bCs/>
          <w:color w:val="0070C0"/>
          <w:sz w:val="24"/>
          <w:szCs w:val="24"/>
        </w:rPr>
      </w:pPr>
      <w:r>
        <w:rPr>
          <w:rFonts w:ascii="Alasassy Caps" w:hAnsi="Alasassy Caps"/>
          <w:b/>
          <w:bCs/>
          <w:color w:val="0070C0"/>
          <w:sz w:val="24"/>
          <w:szCs w:val="24"/>
        </w:rPr>
        <w:t xml:space="preserve">Etat de santé : </w:t>
      </w:r>
      <w:r w:rsidRPr="005E4CBB">
        <w:rPr>
          <w:rFonts w:ascii="Alasassy Caps" w:hAnsi="Alasassy Caps"/>
          <w:sz w:val="24"/>
          <w:szCs w:val="24"/>
        </w:rPr>
        <w:t>Le bénévole s'engage à informer l'association de toute contre-indication médicale pouvant compromettre sa sécurité durant les missions.</w:t>
      </w:r>
    </w:p>
    <w:p w14:paraId="5BD3FC6D" w14:textId="2A58656E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Signatures</w:t>
      </w:r>
      <w:r w:rsidR="005E4CBB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  <w:r w:rsidR="005E4CBB" w:rsidRPr="005E4CBB">
        <w:rPr>
          <w:rFonts w:ascii="Alasassy Caps" w:hAnsi="Alasassy Caps"/>
          <w:color w:val="0070C0"/>
          <w:sz w:val="24"/>
          <w:szCs w:val="24"/>
        </w:rPr>
        <w:t xml:space="preserve"> </w:t>
      </w:r>
    </w:p>
    <w:p w14:paraId="6E87C77F" w14:textId="3F246B03" w:rsidR="0077100C" w:rsidRDefault="00000000">
      <w:pPr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 xml:space="preserve">Fait </w:t>
      </w:r>
      <w:proofErr w:type="gramStart"/>
      <w:r w:rsidRPr="00AA4DB1">
        <w:rPr>
          <w:rFonts w:ascii="Alasassy Caps" w:hAnsi="Alasassy Caps"/>
          <w:sz w:val="24"/>
          <w:szCs w:val="24"/>
        </w:rPr>
        <w:t>à :</w:t>
      </w:r>
      <w:proofErr w:type="gramEnd"/>
      <w:r w:rsidRPr="00AA4DB1">
        <w:rPr>
          <w:rFonts w:ascii="Alasassy Caps" w:hAnsi="Alasassy Caps"/>
          <w:sz w:val="24"/>
          <w:szCs w:val="24"/>
        </w:rPr>
        <w:t xml:space="preserve"> </w:t>
      </w:r>
      <w:r w:rsidR="00AA4DB1">
        <w:rPr>
          <w:rFonts w:ascii="Alasassy Caps" w:hAnsi="Alasassy Caps"/>
          <w:sz w:val="24"/>
          <w:szCs w:val="24"/>
        </w:rPr>
        <w:t xml:space="preserve">                                         </w:t>
      </w:r>
      <w:r w:rsidRPr="00AA4DB1">
        <w:rPr>
          <w:rFonts w:ascii="Alasassy Caps" w:hAnsi="Alasassy Caps"/>
          <w:sz w:val="24"/>
          <w:szCs w:val="24"/>
        </w:rPr>
        <w:t xml:space="preserve">  </w:t>
      </w:r>
      <w:proofErr w:type="gramStart"/>
      <w:r w:rsidRPr="00AA4DB1">
        <w:rPr>
          <w:rFonts w:ascii="Alasassy Caps" w:hAnsi="Alasassy Caps"/>
          <w:sz w:val="24"/>
          <w:szCs w:val="24"/>
        </w:rPr>
        <w:t>Le :</w:t>
      </w:r>
      <w:proofErr w:type="gramEnd"/>
      <w:r w:rsidRPr="00AA4DB1">
        <w:rPr>
          <w:rFonts w:ascii="Alasassy Caps" w:hAnsi="Alasassy Caps"/>
          <w:sz w:val="24"/>
          <w:szCs w:val="24"/>
        </w:rPr>
        <w:t xml:space="preserve"> ____/____/______</w:t>
      </w:r>
      <w:r w:rsidRPr="00AA4DB1">
        <w:rPr>
          <w:rFonts w:ascii="Alasassy Caps" w:hAnsi="Alasassy Caps"/>
          <w:sz w:val="24"/>
          <w:szCs w:val="24"/>
        </w:rPr>
        <w:br/>
      </w:r>
      <w:r w:rsidRPr="00AA4DB1">
        <w:rPr>
          <w:rFonts w:ascii="Alasassy Caps" w:hAnsi="Alasassy Caps"/>
          <w:sz w:val="24"/>
          <w:szCs w:val="24"/>
        </w:rPr>
        <w:br/>
        <w:t xml:space="preserve">Signature du </w:t>
      </w:r>
      <w:proofErr w:type="gramStart"/>
      <w:r w:rsidRPr="00AA4DB1">
        <w:rPr>
          <w:rFonts w:ascii="Alasassy Caps" w:hAnsi="Alasassy Caps"/>
          <w:sz w:val="24"/>
          <w:szCs w:val="24"/>
        </w:rPr>
        <w:t>bénévole :</w:t>
      </w:r>
      <w:proofErr w:type="gramEnd"/>
      <w:r w:rsidRPr="00AA4DB1">
        <w:rPr>
          <w:rFonts w:ascii="Alasassy Caps" w:hAnsi="Alasassy Caps"/>
          <w:sz w:val="24"/>
          <w:szCs w:val="24"/>
        </w:rPr>
        <w:br/>
      </w:r>
      <w:r w:rsidRPr="00AA4DB1">
        <w:rPr>
          <w:rFonts w:ascii="Alasassy Caps" w:hAnsi="Alasassy Caps"/>
          <w:sz w:val="24"/>
          <w:szCs w:val="24"/>
        </w:rPr>
        <w:br/>
        <w:t xml:space="preserve">Signature de la </w:t>
      </w:r>
      <w:proofErr w:type="gramStart"/>
      <w:r w:rsidRPr="00AA4DB1">
        <w:rPr>
          <w:rFonts w:ascii="Alasassy Caps" w:hAnsi="Alasassy Caps"/>
          <w:sz w:val="24"/>
          <w:szCs w:val="24"/>
        </w:rPr>
        <w:t>Présidente :</w:t>
      </w:r>
      <w:proofErr w:type="gramEnd"/>
      <w:r w:rsidRPr="00AA4DB1">
        <w:rPr>
          <w:rFonts w:ascii="Alasassy Caps" w:hAnsi="Alasassy Caps"/>
          <w:sz w:val="24"/>
          <w:szCs w:val="24"/>
        </w:rPr>
        <w:t xml:space="preserve"> </w:t>
      </w:r>
    </w:p>
    <w:p w14:paraId="392A51A8" w14:textId="3BBE9BFE" w:rsidR="00041F9D" w:rsidRDefault="00041F9D">
      <w:pPr>
        <w:rPr>
          <w:rFonts w:ascii="Alasassy Caps" w:hAnsi="Alasassy Caps"/>
          <w:sz w:val="24"/>
          <w:szCs w:val="24"/>
        </w:rPr>
      </w:pPr>
    </w:p>
    <w:p w14:paraId="16D30F43" w14:textId="1A732350" w:rsidR="00041F9D" w:rsidRPr="00AA4DB1" w:rsidRDefault="005E4CBB">
      <w:pPr>
        <w:rPr>
          <w:rFonts w:ascii="Alasassy Caps" w:hAnsi="Alasassy Caps"/>
          <w:sz w:val="24"/>
          <w:szCs w:val="24"/>
        </w:rPr>
      </w:pPr>
      <w:r>
        <w:rPr>
          <w:rFonts w:ascii="Alasassy Caps" w:hAnsi="Alasassy Cap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F3C9E2" wp14:editId="37866118">
            <wp:simplePos x="0" y="0"/>
            <wp:positionH relativeFrom="column">
              <wp:posOffset>1965960</wp:posOffset>
            </wp:positionH>
            <wp:positionV relativeFrom="paragraph">
              <wp:posOffset>32385</wp:posOffset>
            </wp:positionV>
            <wp:extent cx="1897380" cy="1897380"/>
            <wp:effectExtent l="0" t="0" r="7620" b="762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4336760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6049" name="Image 14336760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1F9D" w:rsidRPr="00AA4DB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00517814">
    <w:abstractNumId w:val="8"/>
  </w:num>
  <w:num w:numId="2" w16cid:durableId="603806340">
    <w:abstractNumId w:val="6"/>
  </w:num>
  <w:num w:numId="3" w16cid:durableId="709037693">
    <w:abstractNumId w:val="5"/>
  </w:num>
  <w:num w:numId="4" w16cid:durableId="221989858">
    <w:abstractNumId w:val="4"/>
  </w:num>
  <w:num w:numId="5" w16cid:durableId="954675613">
    <w:abstractNumId w:val="7"/>
  </w:num>
  <w:num w:numId="6" w16cid:durableId="1979265061">
    <w:abstractNumId w:val="3"/>
  </w:num>
  <w:num w:numId="7" w16cid:durableId="1986010350">
    <w:abstractNumId w:val="2"/>
  </w:num>
  <w:num w:numId="8" w16cid:durableId="1957787869">
    <w:abstractNumId w:val="1"/>
  </w:num>
  <w:num w:numId="9" w16cid:durableId="1689062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1F9D"/>
    <w:rsid w:val="0006063C"/>
    <w:rsid w:val="00116DA6"/>
    <w:rsid w:val="0015074B"/>
    <w:rsid w:val="0029639D"/>
    <w:rsid w:val="00326F90"/>
    <w:rsid w:val="00567430"/>
    <w:rsid w:val="005E4CBB"/>
    <w:rsid w:val="0077100C"/>
    <w:rsid w:val="008653FF"/>
    <w:rsid w:val="00920556"/>
    <w:rsid w:val="00952904"/>
    <w:rsid w:val="00995955"/>
    <w:rsid w:val="00A375D7"/>
    <w:rsid w:val="00AA1D8D"/>
    <w:rsid w:val="00AA4DB1"/>
    <w:rsid w:val="00AF59D0"/>
    <w:rsid w:val="00AF5ED5"/>
    <w:rsid w:val="00B47730"/>
    <w:rsid w:val="00C355AD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CA9FE7"/>
  <w14:defaultImageDpi w14:val="300"/>
  <w15:docId w15:val="{D5385C42-F1DE-4EEA-88DD-4EC916A4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357</Words>
  <Characters>1965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Emma Poly</cp:lastModifiedBy>
  <cp:revision>6</cp:revision>
  <cp:lastPrinted>2026-07-08T11:15:00Z</cp:lastPrinted>
  <dcterms:created xsi:type="dcterms:W3CDTF">2026-07-08T10:49:00Z</dcterms:created>
  <dcterms:modified xsi:type="dcterms:W3CDTF">2026-07-09T13:31:00Z</dcterms:modified>
  <cp:category/>
</cp:coreProperties>
</file>